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b/>
          <w:color w:val="503714"/>
          <w:sz w:val="26"/>
        </w:rPr>
        <w:t>APPLICATION &amp; SERVICE AGREEMENT - ONE SOLID FORM WITH PRICES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114"/>
      </w:tblGrid>
      <w:tr>
        <w:tc>
          <w:tcPr>
            <w:tcW w:type="dxa" w:w="16114"/>
            <w:shd w:fill="4B2E0A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1. PERSONAL INFO - EDITABLE</w:t>
            </w:r>
          </w:p>
        </w:tc>
      </w:tr>
    </w:tbl>
    <w:p>
      <w:pPr>
        <w:spacing w:after="20" w:before="0"/>
      </w:pPr>
    </w:p>
    <w:p>
      <w:pPr>
        <w:spacing w:after="40"/>
      </w:pPr>
      <w:r>
        <w:rPr>
          <w:b/>
        </w:rPr>
        <w:t xml:space="preserve">Name: </w:t>
      </w:r>
      <w:r>
        <w:t xml:space="preserve">__________________    </w:t>
      </w:r>
      <w:r>
        <w:rPr>
          <w:b/>
        </w:rPr>
        <w:t xml:space="preserve">Surname: </w:t>
      </w:r>
      <w:r>
        <w:t xml:space="preserve">__________________    </w:t>
      </w:r>
      <w:r>
        <w:rPr>
          <w:b/>
        </w:rPr>
        <w:t xml:space="preserve">ID: </w:t>
      </w:r>
      <w:r>
        <w:t xml:space="preserve">______________    </w:t>
      </w:r>
      <w:r>
        <w:rPr>
          <w:b/>
        </w:rPr>
        <w:t xml:space="preserve">DOB: </w:t>
      </w:r>
      <w:r>
        <w:t xml:space="preserve">____ / ____ / ______    </w:t>
      </w:r>
      <w:r>
        <w:t>Gender: ☐ M  ☐ F</w:t>
      </w:r>
    </w:p>
    <w:p>
      <w:pPr>
        <w:spacing w:after="40"/>
      </w:pPr>
      <w:r>
        <w:rPr>
          <w:b/>
        </w:rPr>
        <w:t xml:space="preserve">Address: </w:t>
      </w:r>
      <w:r>
        <w:t xml:space="preserve">____________________________    </w:t>
      </w:r>
      <w:r>
        <w:rPr>
          <w:b/>
        </w:rPr>
        <w:t xml:space="preserve">Postal: </w:t>
      </w:r>
      <w:r>
        <w:t xml:space="preserve">____________________    </w:t>
      </w:r>
      <w:r>
        <w:rPr>
          <w:b/>
        </w:rPr>
        <w:t xml:space="preserve">Contact: </w:t>
      </w:r>
      <w:r>
        <w:t xml:space="preserve">________________    </w:t>
      </w:r>
      <w:r>
        <w:rPr>
          <w:b/>
        </w:rPr>
        <w:t xml:space="preserve">Alt: </w:t>
      </w:r>
      <w:r>
        <w:t>________________</w:t>
      </w:r>
    </w:p>
    <w:p>
      <w:pPr>
        <w:spacing w:after="60"/>
      </w:pPr>
      <w:r>
        <w:rPr>
          <w:b/>
        </w:rPr>
        <w:t xml:space="preserve">Class: </w:t>
      </w:r>
      <w:r>
        <w:t xml:space="preserve">☐ Platinum | ☐ Gold | ☐ Silver | ☐ Other    </w:t>
      </w:r>
      <w:r>
        <w:rPr>
          <w:b/>
        </w:rPr>
        <w:t xml:space="preserve">Booking: </w:t>
      </w:r>
      <w:r>
        <w:t>☐ Wedding | ☐ Graduation | ☐ Funeral | ☐ Tombstone | ☐ Birthday | ☐ 21st | ☐ House | ☐ Other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114"/>
      </w:tblGrid>
      <w:tr>
        <w:tc>
          <w:tcPr>
            <w:tcW w:type="dxa" w:w="16114"/>
            <w:shd w:fill="4B2E0A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2. PRICING - EXAMPLE PRICES - EDITABLE IN WORD (Change to your actual prices)</w:t>
            </w:r>
          </w:p>
        </w:tc>
      </w:tr>
    </w:tbl>
    <w:p>
      <w:pPr>
        <w:spacing w:after="20" w:before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2"/>
        <w:gridCol w:w="2302"/>
        <w:gridCol w:w="2302"/>
        <w:gridCol w:w="2302"/>
        <w:gridCol w:w="2302"/>
        <w:gridCol w:w="2302"/>
        <w:gridCol w:w="2302"/>
      </w:tblGrid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D9D9D9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Description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D9D9D9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Platinum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D9D9D9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Gold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D9D9D9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Silver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D9D9D9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Deposit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D9D9D9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Balance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D9D9D9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Grand Total</w:t>
            </w:r>
          </w:p>
        </w:tc>
      </w:tr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A0 Art Picture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R1,500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8097F5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BLUE N/A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8097F5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BLUE N/A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3D Video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R5,500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8097F5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BLUE N/A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8097F5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BLUE N/A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HD Video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R3,500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R2,500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R1,800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Photos 100pcs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R2,000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R1,500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R800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Enlargements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EE9A9A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R350 RED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EE9A9A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R300 RED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EE9A9A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R250 RED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Photo Album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R1,200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R800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R500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Soft Copy Disc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R500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R400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R300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Hard Copy Disc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R500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R400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R300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Invitations 100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EE9A9A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R800 RED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EE9A9A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R600 RED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EE9A9A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R400 RED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TOTAL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114"/>
      </w:tblGrid>
      <w:tr>
        <w:tc>
          <w:tcPr>
            <w:tcW w:type="dxa" w:w="16114"/>
            <w:shd w:fill="4B2E0A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3. OTHER DESCRIPTION - GREEN - CUSTOM SERVICES - FULLY EDITABLE</w:t>
            </w:r>
          </w:p>
        </w:tc>
      </w:tr>
    </w:tbl>
    <w:p>
      <w:pPr>
        <w:spacing w:after="20" w:before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2"/>
        <w:gridCol w:w="2302"/>
        <w:gridCol w:w="2302"/>
        <w:gridCol w:w="2302"/>
        <w:gridCol w:w="2302"/>
        <w:gridCol w:w="2302"/>
        <w:gridCol w:w="2302"/>
      </w:tblGrid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Description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Platinum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Gold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Silver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Deposit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Balance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Grand Total</w:t>
            </w:r>
          </w:p>
        </w:tc>
      </w:tr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DJ &amp; Sound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R1,500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Decor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R2,000</w:t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302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  <w:shd w:fill="B9FF9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114"/>
      </w:tblGrid>
      <w:tr>
        <w:tc>
          <w:tcPr>
            <w:tcW w:type="dxa" w:w="16114"/>
            <w:shd w:fill="4B2E0A"/>
            <w:vAlign w:val="center"/>
            <w:tcMar>
              <w:top w:w="40" w:type="dxa"/>
              <w:start w:w="50" w:type="dxa"/>
              <w:bottom w:w="40" w:type="dxa"/>
              <w:end w:w="5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4. FEES &amp; SIGNATURES - Reg 2018/202996/07 - EDITABLE</w:t>
            </w:r>
          </w:p>
        </w:tc>
      </w:tr>
    </w:tbl>
    <w:p>
      <w:pPr>
        <w:spacing w:after="20" w:before="0"/>
      </w:pPr>
    </w:p>
    <w:p>
      <w:pPr>
        <w:spacing w:after="40"/>
      </w:pPr>
      <w:r>
        <w:rPr>
          <w:b/>
        </w:rPr>
        <w:t xml:space="preserve">Total: R </w:t>
      </w:r>
      <w:r>
        <w:t xml:space="preserve">________________    </w:t>
      </w:r>
      <w:r>
        <w:rPr>
          <w:b/>
        </w:rPr>
        <w:t xml:space="preserve">Deposit 50%: R </w:t>
      </w:r>
      <w:r>
        <w:t xml:space="preserve">____________    </w:t>
      </w:r>
      <w:r>
        <w:rPr>
          <w:b/>
        </w:rPr>
        <w:t xml:space="preserve">Balance: R </w:t>
      </w:r>
      <w:r>
        <w:t xml:space="preserve">____________    </w:t>
      </w:r>
      <w:r>
        <w:t xml:space="preserve">Payment: EFT/Cash - POP required    </w:t>
      </w:r>
      <w:r>
        <w:t>Late: 2% per month</w:t>
      </w:r>
    </w:p>
    <w:p>
      <w:pPr>
        <w:spacing w:after="40"/>
      </w:pPr>
      <w:r>
        <w:rPr>
          <w:b/>
        </w:rPr>
        <w:t xml:space="preserve">Terms: </w:t>
      </w:r>
      <w:r>
        <w:t>Professional delivery, 2 revisions, 48hr approval, IP remains Mmamotse until paid, 30-day archive, 7-day cancellation.</w:t>
      </w:r>
    </w:p>
    <w:p>
      <w:pPr>
        <w:spacing w:after="40"/>
      </w:pPr>
      <w:r>
        <w:rPr>
          <w:b/>
        </w:rPr>
        <w:t xml:space="preserve">Provider: Mmamotse Dusk 'n Dawn Media (Reg: 2018/202996/07)  Name: </w:t>
      </w:r>
      <w:r>
        <w:t>________________  Signature: ________________  Date: ___/___/2026</w:t>
      </w:r>
    </w:p>
    <w:p>
      <w:pPr>
        <w:spacing w:after="40"/>
      </w:pPr>
      <w:r>
        <w:rPr>
          <w:b/>
        </w:rPr>
        <w:t xml:space="preserve">Client: </w:t>
      </w:r>
      <w:r>
        <w:t xml:space="preserve">Name: __________________  Signature: ________________  Date: ___/___/2026    </w:t>
      </w:r>
      <w:r>
        <w:t>Witness1: Name: __________ Sig: ________    Witness2: Name: __________ Sig: ________</w:t>
      </w:r>
    </w:p>
    <w:p>
      <w:pPr>
        <w:spacing w:before="60"/>
      </w:pPr>
      <w:r>
        <w:rPr>
          <w:b/>
          <w:color w:val="B42828"/>
          <w:sz w:val="16"/>
        </w:rPr>
        <w:t>NOTE: These are EXAMPLE prices - Edit them in Word to your real prices. All cells are editable.</w:t>
      </w:r>
    </w:p>
    <w:sectPr w:rsidR="00FC693F" w:rsidRPr="0006063C" w:rsidSect="00034616">
      <w:footerReference w:type="default" r:id="rId9"/>
      <w:pgSz w:w="16834" w:h="11909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5023"/>
        <w:sz w:val="12"/>
      </w:rPr>
      <w:t>Mmamotse Dusk 'n Dawn Media | Reg: 2018/202996/07 | Media, Printing, Branding &amp; Business Services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